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E6DC6" w14:textId="77777777" w:rsidR="0070214A" w:rsidRDefault="00000000">
      <w:pPr>
        <w:jc w:val="center"/>
      </w:pPr>
      <w:r>
        <w:rPr>
          <w:b/>
          <w:sz w:val="30"/>
        </w:rPr>
        <w:t>SKOLYOZ YÖNETİMİNDE BİLİMSEL YENİLİKLER SEMPOZYUMU</w:t>
      </w:r>
    </w:p>
    <w:p w14:paraId="22A62AAF" w14:textId="77777777" w:rsidR="0070214A" w:rsidRDefault="00000000">
      <w:pPr>
        <w:jc w:val="center"/>
      </w:pPr>
      <w:r>
        <w:rPr>
          <w:b/>
          <w:sz w:val="26"/>
        </w:rPr>
        <w:t>Lisansüstü Tez ve Bilimsel Çalışma Özeti Şablonu</w:t>
      </w:r>
    </w:p>
    <w:p w14:paraId="5BC048AD" w14:textId="77777777" w:rsidR="0070214A" w:rsidRDefault="00000000">
      <w:pPr>
        <w:jc w:val="center"/>
      </w:pPr>
      <w:r>
        <w:rPr>
          <w:i/>
        </w:rPr>
        <w:t>Skolyoz Araştırmalarında Yeni Nesil Araştırmacılar: Bilimsel Yenilikler ve Gelecek Araştırmalar Perspektifi</w:t>
      </w:r>
    </w:p>
    <w:p w14:paraId="7AB0EB29" w14:textId="77777777" w:rsidR="0070214A" w:rsidRDefault="00000000">
      <w:pPr>
        <w:spacing w:after="120"/>
      </w:pPr>
      <w:r>
        <w:rPr>
          <w:b/>
        </w:rPr>
        <w:t xml:space="preserve">Amaç: </w:t>
      </w:r>
      <w:r>
        <w:t>Bu şablon; tamamlanmış araştırmaların yanı sıra veri toplama, analiz veya protokol aşamasındaki lisansüstü tez ve bilimsel projelerin sunulmasına olanak sağlamak amacıyla hazırlanmıştır.</w:t>
      </w:r>
    </w:p>
    <w:p w14:paraId="703A8DAF" w14:textId="77777777" w:rsidR="0070214A" w:rsidRDefault="00000000">
      <w:r>
        <w:rPr>
          <w:b/>
        </w:rPr>
        <w:t>Çalışmanın Başlığı</w:t>
      </w:r>
    </w:p>
    <w:p w14:paraId="115A7447" w14:textId="77777777" w:rsidR="0070214A" w:rsidRDefault="00000000">
      <w:pPr>
        <w:spacing w:after="80"/>
        <w:ind w:left="227"/>
      </w:pPr>
      <w:r>
        <w:t>[Başlık mümkün olduğunca kısa, açık ve çalışmanın amacını yansıtacak şekilde yazılmalıdır.]</w:t>
      </w:r>
    </w:p>
    <w:p w14:paraId="562B8B74" w14:textId="77777777" w:rsidR="0070214A" w:rsidRDefault="00000000">
      <w:r>
        <w:rPr>
          <w:b/>
        </w:rPr>
        <w:t>Araştırmacılar</w:t>
      </w:r>
    </w:p>
    <w:p w14:paraId="5F91BBCD" w14:textId="77777777" w:rsidR="0070214A" w:rsidRDefault="00000000">
      <w:pPr>
        <w:spacing w:after="80"/>
        <w:ind w:left="227"/>
      </w:pPr>
      <w:r>
        <w:t>[Ad SOYAD¹], [Ad SOYAD²], [Ad SOYAD³]</w:t>
      </w:r>
    </w:p>
    <w:p w14:paraId="74DE9F6E" w14:textId="77777777" w:rsidR="0070214A" w:rsidRDefault="00000000">
      <w:r>
        <w:rPr>
          <w:b/>
        </w:rPr>
        <w:t>Kurum Bilgileri</w:t>
      </w:r>
    </w:p>
    <w:p w14:paraId="1B9737BF" w14:textId="77777777" w:rsidR="0070214A" w:rsidRDefault="00000000">
      <w:pPr>
        <w:spacing w:after="80"/>
        <w:ind w:left="227"/>
      </w:pPr>
      <w:r>
        <w:t>¹ [Kurum, Fakülte/Bölüm, Şehir, Ülke]</w:t>
      </w:r>
      <w:r>
        <w:br/>
        <w:t>² [Kurum, Fakülte/Bölüm, Şehir, Ülke]</w:t>
      </w:r>
    </w:p>
    <w:p w14:paraId="13426CBC" w14:textId="77777777" w:rsidR="0070214A" w:rsidRDefault="00000000">
      <w:r>
        <w:rPr>
          <w:b/>
        </w:rPr>
        <w:t>Sorumlu Araştırmacı ve E-posta</w:t>
      </w:r>
    </w:p>
    <w:p w14:paraId="765233AC" w14:textId="77777777" w:rsidR="0070214A" w:rsidRDefault="00000000">
      <w:pPr>
        <w:spacing w:after="80"/>
        <w:ind w:left="227"/>
      </w:pPr>
      <w:r>
        <w:t>[Ad SOYAD] – [e-posta adresi]</w:t>
      </w:r>
    </w:p>
    <w:p w14:paraId="4A954359" w14:textId="77777777" w:rsidR="0070214A" w:rsidRDefault="00000000">
      <w:r>
        <w:rPr>
          <w:b/>
        </w:rPr>
        <w:t>Çalışmanın Türü</w:t>
      </w:r>
    </w:p>
    <w:p w14:paraId="5B457C88" w14:textId="77777777" w:rsidR="0070214A" w:rsidRDefault="00000000">
      <w:pPr>
        <w:spacing w:after="80"/>
      </w:pPr>
      <w:r>
        <w:t>☐ Yüksek Lisans Tezi    ☐ Doktora Tezi    ☐ Bilimsel Araştırma Projesi    ☐ Tamamlanmış Araştırma    ☐ Diğer: ________</w:t>
      </w:r>
    </w:p>
    <w:p w14:paraId="13C74706" w14:textId="77777777" w:rsidR="0070214A" w:rsidRDefault="00000000">
      <w:r>
        <w:rPr>
          <w:b/>
        </w:rPr>
        <w:t>Çalışmanın Durumu</w:t>
      </w:r>
    </w:p>
    <w:p w14:paraId="5EFC6DF2" w14:textId="77777777" w:rsidR="0070214A" w:rsidRDefault="00000000">
      <w:pPr>
        <w:spacing w:after="80"/>
      </w:pPr>
      <w:r>
        <w:t>☐ Planlama / Protokol    ☐ Veri Toplama Devam Ediyor    ☐ Veri Analizi Aşamasında    ☐ Tamamlandı</w:t>
      </w:r>
    </w:p>
    <w:p w14:paraId="1512C2AB" w14:textId="77777777" w:rsidR="0070214A" w:rsidRDefault="00000000">
      <w:r>
        <w:rPr>
          <w:b/>
        </w:rPr>
        <w:t>Etik Kurul Bilgileri</w:t>
      </w:r>
    </w:p>
    <w:p w14:paraId="0BC2E73A" w14:textId="77777777" w:rsidR="0070214A" w:rsidRDefault="00000000">
      <w:pPr>
        <w:spacing w:after="40"/>
        <w:ind w:left="227"/>
      </w:pPr>
      <w:r>
        <w:t>Etik Kurul Onayı: [Etik kurulun tam adı]</w:t>
      </w:r>
    </w:p>
    <w:p w14:paraId="4F2D4C06" w14:textId="77777777" w:rsidR="0070214A" w:rsidRDefault="00000000">
      <w:pPr>
        <w:spacing w:after="40"/>
        <w:ind w:left="227"/>
      </w:pPr>
      <w:r>
        <w:t>Onay Numarası: [Etik kurul/protokol numarası]</w:t>
      </w:r>
    </w:p>
    <w:p w14:paraId="17CA659D" w14:textId="77777777" w:rsidR="0070214A" w:rsidRDefault="00000000">
      <w:pPr>
        <w:spacing w:after="40"/>
        <w:ind w:left="227"/>
      </w:pPr>
      <w:r>
        <w:t>Onay Tarihi: [GG.AA.YYYY]</w:t>
      </w:r>
    </w:p>
    <w:p w14:paraId="4AA8ECEF" w14:textId="77777777" w:rsidR="0070214A" w:rsidRDefault="00000000">
      <w:pPr>
        <w:spacing w:after="40"/>
        <w:ind w:left="227"/>
      </w:pPr>
      <w:r>
        <w:t>Etik kurul onayı gerektirmeyen çalışmalar için: “Bu çalışma etik kurul onayı gerektirmemektedir.” ifadesi kullanılabilir.</w:t>
      </w:r>
    </w:p>
    <w:p w14:paraId="4D966FCE" w14:textId="77777777" w:rsidR="0070214A" w:rsidRDefault="00000000">
      <w:r>
        <w:rPr>
          <w:b/>
          <w:sz w:val="22"/>
        </w:rPr>
        <w:t>1. Araştırma Problemi ve Gerekçe</w:t>
      </w:r>
    </w:p>
    <w:p w14:paraId="1F4C09A7" w14:textId="77777777" w:rsidR="0070214A" w:rsidRDefault="00000000">
      <w:pPr>
        <w:spacing w:after="100"/>
        <w:ind w:left="227"/>
      </w:pPr>
      <w:r>
        <w:t>[Çalışmanın konusu, klinik/bilimsel problem ve literatürdeki mevcut bilgi veya araştırma boşluğu kısaca açıklanmalıdır.]</w:t>
      </w:r>
    </w:p>
    <w:p w14:paraId="431B2103" w14:textId="77777777" w:rsidR="0070214A" w:rsidRDefault="00000000">
      <w:r>
        <w:rPr>
          <w:b/>
          <w:sz w:val="22"/>
        </w:rPr>
        <w:t>2. Amaç / Araştırma Sorusu</w:t>
      </w:r>
    </w:p>
    <w:p w14:paraId="02CE45A9" w14:textId="77777777" w:rsidR="0070214A" w:rsidRDefault="00000000">
      <w:pPr>
        <w:spacing w:after="100"/>
        <w:ind w:left="227"/>
      </w:pPr>
      <w:r>
        <w:t>[Çalışmanın temel amacı, araştırma sorusu ve varsa hipotezi açık ve kısa biçimde belirtilmelidir.]</w:t>
      </w:r>
    </w:p>
    <w:p w14:paraId="3E532881" w14:textId="77777777" w:rsidR="0070214A" w:rsidRDefault="00000000">
      <w:r>
        <w:rPr>
          <w:b/>
          <w:sz w:val="22"/>
        </w:rPr>
        <w:t>3. Yöntem</w:t>
      </w:r>
    </w:p>
    <w:p w14:paraId="1745BAFA" w14:textId="77777777" w:rsidR="0070214A" w:rsidRDefault="00000000">
      <w:pPr>
        <w:spacing w:after="100"/>
        <w:ind w:left="227"/>
      </w:pPr>
      <w:r>
        <w:t>[Araştırma deseni, örneklem/katılımcılar, dahil edilme ve dışlanma kriterleri, değerlendirme yöntemleri, müdahale ve/veya temel analiz planı kısaca açıklanmalıdır.]</w:t>
      </w:r>
    </w:p>
    <w:p w14:paraId="6922D8B1" w14:textId="77777777" w:rsidR="0070214A" w:rsidRDefault="00000000">
      <w:r>
        <w:rPr>
          <w:b/>
          <w:sz w:val="22"/>
        </w:rPr>
        <w:t>4. Bulgular / Çalışmanın Mevcut Durumu</w:t>
      </w:r>
    </w:p>
    <w:p w14:paraId="78DFF043" w14:textId="77777777" w:rsidR="0070214A" w:rsidRDefault="00000000">
      <w:pPr>
        <w:spacing w:after="100"/>
        <w:ind w:left="227"/>
      </w:pPr>
      <w:r>
        <w:lastRenderedPageBreak/>
        <w:t>[Tamamlanmış çalışmalarda temel bulgular verilmelidir. Devam eden çalışmalarda veri toplama veya analiz süreci, mevcut örneklem sayısı ve araştırmanın hangi aşamada olduğu belirtilebilir.]</w:t>
      </w:r>
    </w:p>
    <w:p w14:paraId="4211451B" w14:textId="77777777" w:rsidR="0070214A" w:rsidRDefault="00000000">
      <w:r>
        <w:rPr>
          <w:b/>
          <w:sz w:val="22"/>
        </w:rPr>
        <w:t>5. Sonuç / Beklenen Katkı</w:t>
      </w:r>
    </w:p>
    <w:p w14:paraId="2B9505EF" w14:textId="77777777" w:rsidR="0070214A" w:rsidRDefault="00000000">
      <w:pPr>
        <w:spacing w:after="100"/>
        <w:ind w:left="227"/>
      </w:pPr>
      <w:r>
        <w:t>[Tamamlanmış çalışmalarda temel sonuç ve klinik/bilimsel önem; devam eden veya planlanan çalışmalarda beklenen katkı belirtilmelidir. Skolyoz değerlendirmesi, tedavisi, rehabilitasyonu veya gelecekteki araştırmalar açısından olası katkı vurgulanabilir.]</w:t>
      </w:r>
    </w:p>
    <w:p w14:paraId="0F117599" w14:textId="77777777" w:rsidR="0070214A" w:rsidRDefault="00000000">
      <w:r>
        <w:rPr>
          <w:b/>
          <w:sz w:val="22"/>
        </w:rPr>
        <w:t>6. Tartışılmasını İstediğiniz Konu</w:t>
      </w:r>
    </w:p>
    <w:p w14:paraId="2BD924E8" w14:textId="77777777" w:rsidR="0070214A" w:rsidRDefault="00000000">
      <w:pPr>
        <w:spacing w:after="100"/>
        <w:ind w:left="227"/>
      </w:pPr>
      <w:r>
        <w:t>[Sempozyum sırasında görüş almak istediğiniz 1–2 noktayı yazınız. Örnek: örneklem büyüklüğü, primer sonuç ölçütü, kontrol grubu, yöntem, istatistiksel analiz, klinik uygulanabilirlik veya yayın planı.]</w:t>
      </w:r>
    </w:p>
    <w:p w14:paraId="4469A635" w14:textId="77777777" w:rsidR="0070214A" w:rsidRDefault="00000000">
      <w:r>
        <w:rPr>
          <w:b/>
          <w:sz w:val="22"/>
        </w:rPr>
        <w:t>Kaynaklar</w:t>
      </w:r>
    </w:p>
    <w:p w14:paraId="241A1580" w14:textId="77777777" w:rsidR="0070214A" w:rsidRDefault="00000000">
      <w:r>
        <w:t>[En fazla 3 temel kaynak verilmelidir.]</w:t>
      </w:r>
    </w:p>
    <w:p w14:paraId="17B7859A" w14:textId="77777777" w:rsidR="0070214A" w:rsidRDefault="00000000">
      <w:pPr>
        <w:spacing w:after="20"/>
        <w:ind w:left="227"/>
      </w:pPr>
      <w:r>
        <w:t>1. [Soyadı AA, Soyadı BB. Makale başlığı. Dergi Adı. Yıl;Cilt(Sayı):Sayfa-Sayfa.]</w:t>
      </w:r>
    </w:p>
    <w:p w14:paraId="768D1DF6" w14:textId="77777777" w:rsidR="0070214A" w:rsidRDefault="00000000">
      <w:pPr>
        <w:spacing w:after="20"/>
        <w:ind w:left="227"/>
      </w:pPr>
      <w:r>
        <w:t>2. [Soyadı AA, Soyadı BB. Makale başlığı. Dergi Adı. Yıl;Cilt(Sayı):Sayfa-Sayfa.]</w:t>
      </w:r>
    </w:p>
    <w:p w14:paraId="1EC36F57" w14:textId="77777777" w:rsidR="0070214A" w:rsidRDefault="00000000">
      <w:pPr>
        <w:spacing w:after="20"/>
        <w:ind w:left="227"/>
      </w:pPr>
      <w:r>
        <w:t>3. [Soyadı AA, Soyadı BB. Makale başlığı. Dergi Adı. Yıl;Cilt(Sayı):Sayfa-Sayfa.]</w:t>
      </w:r>
    </w:p>
    <w:p w14:paraId="4A931194" w14:textId="77777777" w:rsidR="0070214A" w:rsidRDefault="00000000">
      <w:pPr>
        <w:spacing w:before="160"/>
      </w:pPr>
      <w:r>
        <w:rPr>
          <w:b/>
          <w:sz w:val="23"/>
        </w:rPr>
        <w:t>Gönderim Kuralları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70214A" w14:paraId="2EE23811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071644B8" w14:textId="77777777" w:rsidR="0070214A" w:rsidRDefault="00000000">
            <w:r>
              <w:rPr>
                <w:b/>
                <w:sz w:val="20"/>
              </w:rPr>
              <w:t>Kelime sınırı</w:t>
            </w:r>
          </w:p>
        </w:tc>
        <w:tc>
          <w:tcPr>
            <w:tcW w:w="4986" w:type="dxa"/>
            <w:vAlign w:val="center"/>
          </w:tcPr>
          <w:p w14:paraId="7C56F42C" w14:textId="77777777" w:rsidR="0070214A" w:rsidRDefault="00000000">
            <w:r>
              <w:rPr>
                <w:sz w:val="20"/>
              </w:rPr>
              <w:t>1–6. bölümler toplam en fazla 400 kelime olmalıdır.</w:t>
            </w:r>
          </w:p>
        </w:tc>
      </w:tr>
      <w:tr w:rsidR="0070214A" w14:paraId="25C8AD63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378DB639" w14:textId="77777777" w:rsidR="0070214A" w:rsidRDefault="00000000">
            <w:r>
              <w:rPr>
                <w:b/>
                <w:sz w:val="20"/>
              </w:rPr>
              <w:t>Kaynaklar</w:t>
            </w:r>
          </w:p>
        </w:tc>
        <w:tc>
          <w:tcPr>
            <w:tcW w:w="4986" w:type="dxa"/>
            <w:vAlign w:val="center"/>
          </w:tcPr>
          <w:p w14:paraId="52947E93" w14:textId="77777777" w:rsidR="0070214A" w:rsidRDefault="00000000">
            <w:r>
              <w:rPr>
                <w:sz w:val="20"/>
              </w:rPr>
              <w:t>En fazla 3 kaynak; kelime sayısına dahil değildir.</w:t>
            </w:r>
          </w:p>
        </w:tc>
      </w:tr>
      <w:tr w:rsidR="0070214A" w14:paraId="244CA071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1EB07C98" w14:textId="77777777" w:rsidR="0070214A" w:rsidRDefault="00000000">
            <w:r>
              <w:rPr>
                <w:b/>
                <w:sz w:val="20"/>
              </w:rPr>
              <w:t>Sunum süresi</w:t>
            </w:r>
          </w:p>
        </w:tc>
        <w:tc>
          <w:tcPr>
            <w:tcW w:w="4986" w:type="dxa"/>
            <w:vAlign w:val="center"/>
          </w:tcPr>
          <w:p w14:paraId="73A88D96" w14:textId="77777777" w:rsidR="0070214A" w:rsidRDefault="00000000">
            <w:r>
              <w:rPr>
                <w:sz w:val="20"/>
              </w:rPr>
              <w:t>Her lisansüstü tez / bilimsel çalışma sunumu için 10 dakika.</w:t>
            </w:r>
          </w:p>
        </w:tc>
      </w:tr>
      <w:tr w:rsidR="0070214A" w14:paraId="1C2949F8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2AB3C693" w14:textId="77777777" w:rsidR="0070214A" w:rsidRDefault="00000000">
            <w:r>
              <w:rPr>
                <w:b/>
                <w:sz w:val="20"/>
              </w:rPr>
              <w:t>Sunum niteliği</w:t>
            </w:r>
          </w:p>
        </w:tc>
        <w:tc>
          <w:tcPr>
            <w:tcW w:w="4986" w:type="dxa"/>
            <w:vAlign w:val="center"/>
          </w:tcPr>
          <w:p w14:paraId="4DD5BFBB" w14:textId="77777777" w:rsidR="0070214A" w:rsidRDefault="00000000">
            <w:r>
              <w:rPr>
                <w:sz w:val="20"/>
              </w:rPr>
              <w:t>Tamamlanmış, devam eden veya protokol aşamasındaki çalışmalar kabul edilebilir.</w:t>
            </w:r>
          </w:p>
        </w:tc>
      </w:tr>
      <w:tr w:rsidR="0070214A" w14:paraId="2CF64D02" w14:textId="77777777">
        <w:trPr>
          <w:jc w:val="center"/>
        </w:trPr>
        <w:tc>
          <w:tcPr>
            <w:tcW w:w="4986" w:type="dxa"/>
            <w:shd w:val="clear" w:color="auto" w:fill="D9EAF7"/>
            <w:vAlign w:val="center"/>
          </w:tcPr>
          <w:p w14:paraId="77076B2F" w14:textId="77777777" w:rsidR="0070214A" w:rsidRDefault="00000000">
            <w:r>
              <w:rPr>
                <w:b/>
                <w:sz w:val="20"/>
              </w:rPr>
              <w:t>Temel amaç</w:t>
            </w:r>
          </w:p>
        </w:tc>
        <w:tc>
          <w:tcPr>
            <w:tcW w:w="4986" w:type="dxa"/>
            <w:vAlign w:val="center"/>
          </w:tcPr>
          <w:p w14:paraId="72A7DDD6" w14:textId="77777777" w:rsidR="0070214A" w:rsidRDefault="00000000">
            <w:r>
              <w:rPr>
                <w:sz w:val="20"/>
              </w:rPr>
              <w:t>Çalışmanın yalnızca sonuçlarını sunmak değil, bilimsel geri bildirim almak ve gelecekteki araştırma yönlerini tartışmak da hedeflenmektedir.</w:t>
            </w:r>
          </w:p>
        </w:tc>
      </w:tr>
    </w:tbl>
    <w:p w14:paraId="7FF51FB6" w14:textId="77777777" w:rsidR="008A3E1A" w:rsidRDefault="008A3E1A"/>
    <w:sectPr w:rsidR="008A3E1A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EC21" w14:textId="77777777" w:rsidR="00600869" w:rsidRDefault="00600869">
      <w:pPr>
        <w:spacing w:after="0" w:line="240" w:lineRule="auto"/>
      </w:pPr>
      <w:r>
        <w:separator/>
      </w:r>
    </w:p>
  </w:endnote>
  <w:endnote w:type="continuationSeparator" w:id="0">
    <w:p w14:paraId="587F6574" w14:textId="77777777" w:rsidR="00600869" w:rsidRDefault="00600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955EC" w14:textId="77777777" w:rsidR="00F7041D" w:rsidRDefault="00F7041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B23F40" w14:textId="77777777" w:rsidR="0070214A" w:rsidRDefault="00000000">
    <w:pPr>
      <w:pStyle w:val="Footer"/>
      <w:jc w:val="center"/>
    </w:pPr>
    <w:proofErr w:type="spellStart"/>
    <w:r>
      <w:rPr>
        <w:i/>
        <w:sz w:val="16"/>
      </w:rPr>
      <w:t>Skolyoz</w:t>
    </w:r>
    <w:proofErr w:type="spellEnd"/>
    <w:r>
      <w:rPr>
        <w:i/>
        <w:sz w:val="16"/>
      </w:rPr>
      <w:t xml:space="preserve"> </w:t>
    </w:r>
    <w:proofErr w:type="spellStart"/>
    <w:r>
      <w:rPr>
        <w:i/>
        <w:sz w:val="16"/>
      </w:rPr>
      <w:t>Yönetiminde</w:t>
    </w:r>
    <w:proofErr w:type="spellEnd"/>
    <w:r>
      <w:rPr>
        <w:i/>
        <w:sz w:val="16"/>
      </w:rPr>
      <w:t xml:space="preserve"> Bilimsel Yenilikler </w:t>
    </w:r>
    <w:proofErr w:type="spellStart"/>
    <w:r>
      <w:rPr>
        <w:i/>
        <w:sz w:val="16"/>
      </w:rPr>
      <w:t>Sempozyumu</w:t>
    </w:r>
    <w:proofErr w:type="spellEnd"/>
    <w:r>
      <w:rPr>
        <w:i/>
        <w:sz w:val="16"/>
      </w:rPr>
      <w:t xml:space="preserve"> | 20–21 </w:t>
    </w:r>
    <w:proofErr w:type="spellStart"/>
    <w:r>
      <w:rPr>
        <w:i/>
        <w:sz w:val="16"/>
      </w:rPr>
      <w:t>Kasım</w:t>
    </w:r>
    <w:proofErr w:type="spellEnd"/>
    <w:r>
      <w:rPr>
        <w:i/>
        <w:sz w:val="16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0A509" w14:textId="77777777" w:rsidR="00F7041D" w:rsidRDefault="00F7041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FCA2B" w14:textId="77777777" w:rsidR="00600869" w:rsidRDefault="00600869">
      <w:pPr>
        <w:spacing w:after="0" w:line="240" w:lineRule="auto"/>
      </w:pPr>
      <w:r>
        <w:separator/>
      </w:r>
    </w:p>
  </w:footnote>
  <w:footnote w:type="continuationSeparator" w:id="0">
    <w:p w14:paraId="63667E01" w14:textId="77777777" w:rsidR="00600869" w:rsidRDefault="00600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0BF49" w14:textId="543A6503" w:rsidR="00F7041D" w:rsidRDefault="00F7041D">
    <w:pPr>
      <w:pStyle w:val="Header"/>
    </w:pPr>
    <w:r w:rsidRPr="00D85E83">
      <w:rPr>
        <w:noProof/>
      </w:rPr>
    </w:r>
    <w:r w:rsidR="00F7041D" w:rsidRPr="00D85E83">
      <w:rPr>
        <w:noProof/>
      </w:rPr>
      <w:pict w14:anchorId="5F4202F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alt="" style="position:absolute;margin-left:0;margin-top:0;width:537.75pt;height:528.7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transparent-2000-dark-mono-only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D16518" w14:textId="5C10430E" w:rsidR="00F7041D" w:rsidRDefault="00F7041D">
    <w:pPr>
      <w:pStyle w:val="Header"/>
    </w:pPr>
    <w:r w:rsidRPr="00557F66">
      <w:rPr>
        <w:noProof/>
      </w:rPr>
    </w:r>
    <w:r w:rsidR="00F7041D" w:rsidRPr="00557F66">
      <w:rPr>
        <w:noProof/>
      </w:rPr>
      <w:pict w14:anchorId="76E963E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alt="" style="position:absolute;margin-left:0;margin-top:0;width:537.75pt;height:528.7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transparent-2000-dark-mono-only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ED454" w14:textId="74D12EF0" w:rsidR="00F7041D" w:rsidRDefault="00F7041D">
    <w:pPr>
      <w:pStyle w:val="Header"/>
    </w:pPr>
    <w:r w:rsidRPr="00F72955">
      <w:rPr>
        <w:noProof/>
      </w:rPr>
    </w:r>
    <w:r w:rsidR="00F7041D" w:rsidRPr="00F72955">
      <w:rPr>
        <w:noProof/>
      </w:rPr>
      <w:pict w14:anchorId="1802986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alt="" style="position:absolute;margin-left:0;margin-top:0;width:537.75pt;height:528.7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ogo-transparent-2000-dark-mono-only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9434501">
    <w:abstractNumId w:val="8"/>
  </w:num>
  <w:num w:numId="2" w16cid:durableId="1948150302">
    <w:abstractNumId w:val="6"/>
  </w:num>
  <w:num w:numId="3" w16cid:durableId="446316013">
    <w:abstractNumId w:val="5"/>
  </w:num>
  <w:num w:numId="4" w16cid:durableId="979384857">
    <w:abstractNumId w:val="4"/>
  </w:num>
  <w:num w:numId="5" w16cid:durableId="1997998450">
    <w:abstractNumId w:val="7"/>
  </w:num>
  <w:num w:numId="6" w16cid:durableId="877664065">
    <w:abstractNumId w:val="3"/>
  </w:num>
  <w:num w:numId="7" w16cid:durableId="841890410">
    <w:abstractNumId w:val="2"/>
  </w:num>
  <w:num w:numId="8" w16cid:durableId="108010049">
    <w:abstractNumId w:val="1"/>
  </w:num>
  <w:num w:numId="9" w16cid:durableId="688415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00869"/>
    <w:rsid w:val="006D4000"/>
    <w:rsid w:val="0070214A"/>
    <w:rsid w:val="00715258"/>
    <w:rsid w:val="008A3E1A"/>
    <w:rsid w:val="00AA1D8D"/>
    <w:rsid w:val="00B47730"/>
    <w:rsid w:val="00CB0664"/>
    <w:rsid w:val="00F704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1F8BC7AF"/>
  <w14:defaultImageDpi w14:val="300"/>
  <w15:docId w15:val="{5EE90794-9783-5349-93D8-B510ACF00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402</Words>
  <Characters>2792</Characters>
  <Application>Microsoft Office Word</Application>
  <DocSecurity>0</DocSecurity>
  <Lines>99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adnan apti</cp:lastModifiedBy>
  <cp:revision>3</cp:revision>
  <dcterms:created xsi:type="dcterms:W3CDTF">2026-09-01T08:09:00Z</dcterms:created>
  <dcterms:modified xsi:type="dcterms:W3CDTF">2026-09-01T08:13:00Z</dcterms:modified>
  <cp:category/>
</cp:coreProperties>
</file>